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i w:val="0"/>
          <w:color w:val="B8922E"/>
          <w:sz w:val="20"/>
        </w:rPr>
        <w:t>EDITABLE RESOURCE</w:t>
      </w:r>
    </w:p>
    <w:p>
      <w:pPr>
        <w:spacing w:after="120"/>
      </w:pPr>
      <w:r>
        <w:rPr>
          <w:rFonts w:ascii="Calibri" w:hAnsi="Calibri"/>
          <w:b/>
          <w:i w:val="0"/>
          <w:color w:val="171717"/>
          <w:sz w:val="48"/>
        </w:rPr>
        <w:t>Student Reflection Journal</w:t>
      </w:r>
    </w:p>
    <w:p>
      <w:pPr>
        <w:spacing w:after="360"/>
      </w:pPr>
      <w:r>
        <w:rPr>
          <w:rFonts w:ascii="Calibri" w:hAnsi="Calibri"/>
          <w:b w:val="0"/>
          <w:i w:val="0"/>
          <w:color w:val="666666"/>
          <w:sz w:val="24"/>
        </w:rPr>
        <w:t>A weekly journal for learning habits, progress, challenges and next steps.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B8922E"/>
                <w:sz w:val="21"/>
              </w:rPr>
              <w:t xml:space="preserve">How to use: </w:t>
            </w:r>
            <w:r>
              <w:rPr>
                <w:rFonts w:ascii="Calibri" w:hAnsi="Calibri"/>
                <w:b w:val="0"/>
                <w:i w:val="0"/>
                <w:color w:val="171717"/>
                <w:sz w:val="21"/>
              </w:rPr>
              <w:t>Use one weekly page at the end of each week. Be specific, use evidence and choose one realistic next step.</w:t>
            </w:r>
          </w:p>
        </w:tc>
      </w:tr>
    </w:tbl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Student name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Class / grade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Term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Teacher / mentor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</w:tbl>
    <w:p>
      <w:pPr>
        <w:pStyle w:val="Heading1"/>
      </w:pPr>
      <w:r>
        <w:t>How to Reflect Well</w:t>
      </w:r>
    </w:p>
    <w:p>
      <w:pPr>
        <w:pStyle w:val="ListBullet"/>
      </w:pPr>
      <w:r>
        <w:t>Describe what happened rather than writing only “good” or “bad”.</w:t>
      </w:r>
    </w:p>
    <w:p>
      <w:pPr>
        <w:pStyle w:val="ListBullet"/>
      </w:pPr>
      <w:r>
        <w:t>Use an example from your work, feedback or participation.</w:t>
      </w:r>
    </w:p>
    <w:p>
      <w:pPr>
        <w:pStyle w:val="ListBullet"/>
      </w:pPr>
      <w:r>
        <w:t>Name the strategy that helped or did not help.</w:t>
      </w:r>
    </w:p>
    <w:p>
      <w:pPr>
        <w:pStyle w:val="ListBullet"/>
      </w:pPr>
      <w:r>
        <w:t>Choose one next step that you can actually practise.</w:t>
      </w:r>
    </w:p>
    <w:p>
      <w:r>
        <w:br w:type="page"/>
      </w:r>
    </w:p>
    <w:p>
      <w:pPr>
        <w:pStyle w:val="Heading1"/>
      </w:pPr>
      <w:r>
        <w:t>Week 1 Reflection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Week beginning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My main learning focus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How prepared and focused was I?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  <w:t>1  2  3  4  5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How well did I manage my time?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  <w:t>1  2  3  4  5</w:t>
            </w:r>
          </w:p>
        </w:tc>
      </w:tr>
    </w:tbl>
    <w:p>
      <w:r>
        <w:rPr>
          <w:rFonts w:ascii="Calibri" w:hAnsi="Calibri"/>
          <w:b/>
          <w:i w:val="0"/>
          <w:color w:val="171717"/>
          <w:sz w:val="22"/>
        </w:rPr>
        <w:t>Something I understood or improved this week: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Evidence from my work, feedback or participation: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A challenge or mistake that taught me something: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The strategy that helped me most: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One goal for next week: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1"/>
        </w:rPr>
        <w:t xml:space="preserve">Teacher / mentor comment: </w:t>
      </w:r>
      <w:r>
        <w:rPr>
          <w:rFonts w:ascii="Calibri" w:hAnsi="Calibri"/>
          <w:b w:val="0"/>
          <w:i w:val="0"/>
          <w:color w:val="666666"/>
          <w:sz w:val="21"/>
        </w:rPr>
        <w:t>____________________________________________________________</w:t>
      </w:r>
    </w:p>
    <w:p>
      <w:r>
        <w:br w:type="page"/>
      </w:r>
    </w:p>
    <w:p>
      <w:pPr>
        <w:pStyle w:val="Heading1"/>
      </w:pPr>
      <w:r>
        <w:t>Week 2 Reflection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Week beginning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My main learning focus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How prepared and focused was I?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  <w:t>1  2  3  4  5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How well did I manage my time?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  <w:t>1  2  3  4  5</w:t>
            </w:r>
          </w:p>
        </w:tc>
      </w:tr>
    </w:tbl>
    <w:p>
      <w:r>
        <w:rPr>
          <w:rFonts w:ascii="Calibri" w:hAnsi="Calibri"/>
          <w:b/>
          <w:i w:val="0"/>
          <w:color w:val="171717"/>
          <w:sz w:val="22"/>
        </w:rPr>
        <w:t>Something I understood or improved this week: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Evidence from my work, feedback or participation: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A challenge or mistake that taught me something: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The strategy that helped me most: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One goal for next week: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1"/>
        </w:rPr>
        <w:t xml:space="preserve">Teacher / mentor comment: </w:t>
      </w:r>
      <w:r>
        <w:rPr>
          <w:rFonts w:ascii="Calibri" w:hAnsi="Calibri"/>
          <w:b w:val="0"/>
          <w:i w:val="0"/>
          <w:color w:val="666666"/>
          <w:sz w:val="21"/>
        </w:rPr>
        <w:t>____________________________________________________________</w:t>
      </w:r>
    </w:p>
    <w:p>
      <w:r>
        <w:br w:type="page"/>
      </w:r>
    </w:p>
    <w:p>
      <w:pPr>
        <w:pStyle w:val="Heading1"/>
      </w:pPr>
      <w:r>
        <w:t>Week 3 Reflection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Week beginning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My main learning focus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How prepared and focused was I?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  <w:t>1  2  3  4  5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How well did I manage my time?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  <w:t>1  2  3  4  5</w:t>
            </w:r>
          </w:p>
        </w:tc>
      </w:tr>
    </w:tbl>
    <w:p>
      <w:r>
        <w:rPr>
          <w:rFonts w:ascii="Calibri" w:hAnsi="Calibri"/>
          <w:b/>
          <w:i w:val="0"/>
          <w:color w:val="171717"/>
          <w:sz w:val="22"/>
        </w:rPr>
        <w:t>Something I understood or improved this week: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Evidence from my work, feedback or participation: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A challenge or mistake that taught me something: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The strategy that helped me most: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One goal for next week: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1"/>
        </w:rPr>
        <w:t xml:space="preserve">Teacher / mentor comment: </w:t>
      </w:r>
      <w:r>
        <w:rPr>
          <w:rFonts w:ascii="Calibri" w:hAnsi="Calibri"/>
          <w:b w:val="0"/>
          <w:i w:val="0"/>
          <w:color w:val="666666"/>
          <w:sz w:val="21"/>
        </w:rPr>
        <w:t>____________________________________________________________</w:t>
      </w:r>
    </w:p>
    <w:p>
      <w:r>
        <w:br w:type="page"/>
      </w:r>
    </w:p>
    <w:p>
      <w:pPr>
        <w:pStyle w:val="Heading1"/>
      </w:pPr>
      <w:r>
        <w:t>Week 4 Reflection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Week beginning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My main learning focus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How prepared and focused was I?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  <w:t>1  2  3  4  5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How well did I manage my time?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  <w:t>1  2  3  4  5</w:t>
            </w:r>
          </w:p>
        </w:tc>
      </w:tr>
    </w:tbl>
    <w:p>
      <w:r>
        <w:rPr>
          <w:rFonts w:ascii="Calibri" w:hAnsi="Calibri"/>
          <w:b/>
          <w:i w:val="0"/>
          <w:color w:val="171717"/>
          <w:sz w:val="22"/>
        </w:rPr>
        <w:t>Something I understood or improved this week: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Evidence from my work, feedback or participation: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A challenge or mistake that taught me something: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The strategy that helped me most: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One goal for next week: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1"/>
        </w:rPr>
        <w:t xml:space="preserve">Teacher / mentor comment: </w:t>
      </w:r>
      <w:r>
        <w:rPr>
          <w:rFonts w:ascii="Calibri" w:hAnsi="Calibri"/>
          <w:b w:val="0"/>
          <w:i w:val="0"/>
          <w:color w:val="666666"/>
          <w:sz w:val="21"/>
        </w:rPr>
        <w:t>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152" w:bottom="1152" w:left="1152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666666"/>
        <w:sz w:val="17"/>
      </w:rPr>
      <w:t>dranupsharma.com  |  Free for educational use with attribution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666666"/>
        <w:sz w:val="17"/>
      </w:rPr>
      <w:t>DR ANUP SHARMA  |  PRACTICAL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17171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8922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8922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171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